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יחידה: שירה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(גשר צר) · 2–ג (לא לקטוף פרחים) · 3–א (בעמק) · 4–ג (מתחת לעלה גדול) · 5–א (עצים יפים)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· 2–ג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2–ד · 3–א · 4–ב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2–3 משפטים, עם דוגמה מיצירה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יחידה: שירה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השאלה הגדולה: איך שיר קצר יכול להכיל רגש גדול, זיכרון או משאלה?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(אומץ) על מה מדבר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גשר צר     ב. גן פרחים     ג. ים גדול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(יש פרחים) מה הדובר מבקש מהנער?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לרוץ בשדה     ב. לקטוף פרחים     ג. לא לקטוף פרחים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(על מעין וים) איפה היה המעין בהתחלה?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בעמק     ב. במדבר     ג. בעיר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(הציפורים אינן יודעות) איפה הציפורים ישנות?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על הגג     ב. במים     ג. מתחת לעלה גדול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(משאלות) מה הדוברת רוצה?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עצים יפים     ב. רעש     ג. מלחמות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חברו בקו: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אומץ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 מעין וים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 אינן יודעות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המעין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ההולך על הגשר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גדול ובולע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פוגע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כבד ומהסס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בחושך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סקרן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השאלה הגדולה של היחידה. כתבו 2–3 משפטים: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שיר קצר יכול להכיל רגש גדול, זיכרון או משאלה?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שירה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היצירה שהכי אהבתי ביחידה: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משהו אחד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