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אומץ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יהונתן גפן · שיר · שירה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(גשר צר) · 2–ב (צר וארוך) · 3–א (עצוב לי) · 4–ב (אומץ)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(האדם ההולך על הגשר – כבד ומהסס)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1–חריזה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בין האדם לחברו, לעברו, לשברו (הכאב או המשבר שלו) ולקברו.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אומץ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יהונתן גפן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יש גשר צר בעולם. קשה ללכת עליו. השיר אומר שמותר להרגיש עצב ולהמשיך ללכת.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על מה מדבר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גן פרחים     ב. ים גדול     ג. גשר 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איך נראה השיר על הדף?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עגול     ב. צר וארוך     ג. משולש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פירוש "צר לי"?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עצוב לי     ב. קר לי     ג. שמח לי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שם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פחד     ב. אומץ     ג. גשר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 – כן ועצוב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ההולך על הגשר – כן ועצוב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כן ועצוב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ההולך על הגשר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כבד ומהסס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חריזה   |   משקל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צלילים זהים בסופי שורות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בין האדם לבין מה מפריד הגשר בשיר? מנו לפחות שלושה דברים.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מהו בעיניכם אומץ: לא לפחד בכלל, או לפחד ולהמשיך בכל זאת?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אומץ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מ"אומץ":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