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אומץ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שיר · שירה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(כל העולם כולו גשר צר מאוד) · 2–א (חברו–עברו–שברו–קברו) · 3–א (אני מצטער ועצוב)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בשיר יש גשר. הגשר צר מאוד. קשה ללכת עליו. האיש עצוב. הוא אומר: צר לי. | 2) תשובה קצרה לפי הסיכום: בשיר יש גשר. הגשר צר מאוד. קשה ללכת עליו. האיש עצוב. הוא אומר: צר לי.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1–ה · 2–א · 3–ד · 4–ג · 5–ב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אומץ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בשיר יש גשר. הגשר צר מאוד. קשה ללכת עליו. האיש עצוב. הוא אומר: צר לי.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גשר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דרך מעל נהר או 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מעבר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צר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רחב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צר לי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אני עצוב, אני מצטער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מצטער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עבר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שהיה פעם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היסטוריה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שבר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כאב גדול, משבר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קושי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אומץ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לברוח מדבר קשה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גבורה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לאיזו אמרה מן המסורת השיר רומז?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לכל זמן ועת     ב. אין חדש תחת השמש     ג. כל העולם כולו גשר צר מאוד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אילו מילים מתחרזות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חברו–עברו–שברו–קברו     ב. גשר–נהר     ג. פחד–אומץ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פירוש "צר לי"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אני מצטער ועצוב     ב. אני רזה     ג. אין לי מקום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יש בשיר?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עוזר לכם כשאתם מפחדים?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רחב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כאב גדול, משבר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 לי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שהיה פעם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אני עצוב, אני מצטער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דרך מעל נהר או 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אומץ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לברוח מדבר קשה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כן ועצוב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ההולך על הגשר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כבד ומהסס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מהו בעיניכם אומץ: לא לפחד בכלל, או לפחד ולהמשיך בכל זאת?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אומץ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